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20D62" w14:textId="2EEFB246" w:rsidR="00621228" w:rsidRDefault="00632D8A" w:rsidP="00621228">
      <w:pPr>
        <w:pStyle w:val="berschrift1"/>
        <w:jc w:val="center"/>
      </w:pPr>
      <w:proofErr w:type="spellStart"/>
      <w:r>
        <w:t>W</w:t>
      </w:r>
      <w:r w:rsidR="00621228">
        <w:t>erde</w:t>
      </w:r>
      <w:proofErr w:type="spellEnd"/>
      <w:r w:rsidR="00621228">
        <w:t xml:space="preserve"> Teil von </w:t>
      </w:r>
      <w:proofErr w:type="spellStart"/>
      <w:r w:rsidR="00621228">
        <w:t>Breaksilence</w:t>
      </w:r>
      <w:proofErr w:type="spellEnd"/>
      <w:r w:rsidR="00621228">
        <w:t xml:space="preserve"> </w:t>
      </w:r>
      <w:proofErr w:type="spellStart"/>
      <w:r w:rsidR="00621228">
        <w:t>e.V.</w:t>
      </w:r>
      <w:proofErr w:type="spellEnd"/>
    </w:p>
    <w:p w14:paraId="512EF7EF" w14:textId="77777777" w:rsidR="00621228" w:rsidRDefault="00621228" w:rsidP="00621228">
      <w:proofErr w:type="spellStart"/>
      <w:r>
        <w:t>Vielen</w:t>
      </w:r>
      <w:proofErr w:type="spellEnd"/>
      <w:r>
        <w:t xml:space="preserve"> Dank für </w:t>
      </w:r>
      <w:proofErr w:type="spellStart"/>
      <w:r>
        <w:t>Ihr</w:t>
      </w:r>
      <w:proofErr w:type="spellEnd"/>
      <w:r>
        <w:t xml:space="preserve"> Interesse an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Mitgliedschaft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Breaksilence</w:t>
      </w:r>
      <w:proofErr w:type="spellEnd"/>
      <w:r>
        <w:t xml:space="preserve"> </w:t>
      </w:r>
      <w:proofErr w:type="spellStart"/>
      <w:r>
        <w:t>e.V.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Ihrer</w:t>
      </w:r>
      <w:proofErr w:type="spellEnd"/>
      <w:r>
        <w:t xml:space="preserve"> </w:t>
      </w:r>
      <w:proofErr w:type="spellStart"/>
      <w:r>
        <w:t>Unterstützung</w:t>
      </w:r>
      <w:proofErr w:type="spellEnd"/>
      <w:r>
        <w:t xml:space="preserve"> </w:t>
      </w:r>
      <w:proofErr w:type="spellStart"/>
      <w:r>
        <w:t>fördern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Inklusion</w:t>
      </w:r>
      <w:proofErr w:type="spellEnd"/>
      <w:r>
        <w:t xml:space="preserve">, </w:t>
      </w:r>
      <w:proofErr w:type="spellStart"/>
      <w:r>
        <w:t>Barrierefreiheit</w:t>
      </w:r>
      <w:proofErr w:type="spellEnd"/>
      <w:r>
        <w:t xml:space="preserve"> und </w:t>
      </w:r>
      <w:proofErr w:type="spellStart"/>
      <w:r>
        <w:t>gesellschaftliche</w:t>
      </w:r>
      <w:proofErr w:type="spellEnd"/>
      <w:r>
        <w:t xml:space="preserve"> </w:t>
      </w:r>
      <w:proofErr w:type="spellStart"/>
      <w:r>
        <w:t>Teilhabe</w:t>
      </w:r>
      <w:proofErr w:type="spellEnd"/>
      <w:r>
        <w:t>.</w:t>
      </w:r>
    </w:p>
    <w:p w14:paraId="55D931D2" w14:textId="77777777" w:rsidR="00080792" w:rsidRDefault="00000000">
      <w:pPr>
        <w:pStyle w:val="berschrift1"/>
      </w:pPr>
      <w:proofErr w:type="spellStart"/>
      <w:r>
        <w:t>Mitgliedsantrag</w:t>
      </w:r>
      <w:proofErr w:type="spellEnd"/>
    </w:p>
    <w:p w14:paraId="085936F6" w14:textId="77777777" w:rsidR="00080792" w:rsidRDefault="00000000">
      <w:r>
        <w:t>Vielen Dank, dass Sie Teil von Breaksilence e.V. werden möchten. Mit Ihrer Mitgliedschaft unterstützen Sie unsere Arbeit für mehr Inklusion, Barrierefreiheit und gesellschaftliche Teilhabe.</w:t>
      </w:r>
    </w:p>
    <w:p w14:paraId="619E1D88" w14:textId="77777777" w:rsidR="00080792" w:rsidRDefault="00000000">
      <w:pPr>
        <w:pStyle w:val="berschrift2"/>
      </w:pPr>
      <w:r>
        <w:t>Persönliche Angaben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080792" w14:paraId="150886FC" w14:textId="77777777">
        <w:tc>
          <w:tcPr>
            <w:tcW w:w="4320" w:type="dxa"/>
          </w:tcPr>
          <w:p w14:paraId="09DFE405" w14:textId="77777777" w:rsidR="00080792" w:rsidRDefault="00000000">
            <w:r>
              <w:t>Vorname</w:t>
            </w:r>
          </w:p>
        </w:tc>
        <w:tc>
          <w:tcPr>
            <w:tcW w:w="4320" w:type="dxa"/>
          </w:tcPr>
          <w:p w14:paraId="6D3B3FB9" w14:textId="77777777" w:rsidR="00080792" w:rsidRDefault="00080792"/>
        </w:tc>
      </w:tr>
      <w:tr w:rsidR="00080792" w14:paraId="0F1A218E" w14:textId="77777777">
        <w:tc>
          <w:tcPr>
            <w:tcW w:w="4320" w:type="dxa"/>
          </w:tcPr>
          <w:p w14:paraId="032F1EE2" w14:textId="77777777" w:rsidR="00080792" w:rsidRDefault="00000000">
            <w:r>
              <w:t>Nachname</w:t>
            </w:r>
          </w:p>
        </w:tc>
        <w:tc>
          <w:tcPr>
            <w:tcW w:w="4320" w:type="dxa"/>
          </w:tcPr>
          <w:p w14:paraId="41C07375" w14:textId="77777777" w:rsidR="00080792" w:rsidRDefault="00080792"/>
        </w:tc>
      </w:tr>
      <w:tr w:rsidR="00080792" w14:paraId="2CF531AB" w14:textId="77777777">
        <w:tc>
          <w:tcPr>
            <w:tcW w:w="4320" w:type="dxa"/>
          </w:tcPr>
          <w:p w14:paraId="78860B17" w14:textId="77777777" w:rsidR="00080792" w:rsidRDefault="00000000">
            <w:r>
              <w:t>Geburtsdatum</w:t>
            </w:r>
          </w:p>
        </w:tc>
        <w:tc>
          <w:tcPr>
            <w:tcW w:w="4320" w:type="dxa"/>
          </w:tcPr>
          <w:p w14:paraId="49646EA3" w14:textId="77777777" w:rsidR="00080792" w:rsidRDefault="00080792"/>
        </w:tc>
      </w:tr>
      <w:tr w:rsidR="00080792" w14:paraId="53E4BE0D" w14:textId="77777777">
        <w:tc>
          <w:tcPr>
            <w:tcW w:w="4320" w:type="dxa"/>
          </w:tcPr>
          <w:p w14:paraId="557F276A" w14:textId="77777777" w:rsidR="00080792" w:rsidRDefault="00000000">
            <w:r>
              <w:t>Straße / Hausnummer</w:t>
            </w:r>
          </w:p>
        </w:tc>
        <w:tc>
          <w:tcPr>
            <w:tcW w:w="4320" w:type="dxa"/>
          </w:tcPr>
          <w:p w14:paraId="0A17F37D" w14:textId="77777777" w:rsidR="00080792" w:rsidRDefault="00080792"/>
        </w:tc>
      </w:tr>
      <w:tr w:rsidR="00080792" w14:paraId="1D554723" w14:textId="77777777">
        <w:tc>
          <w:tcPr>
            <w:tcW w:w="4320" w:type="dxa"/>
          </w:tcPr>
          <w:p w14:paraId="095BE90B" w14:textId="77777777" w:rsidR="00080792" w:rsidRDefault="00000000">
            <w:r>
              <w:t>PLZ / Ort</w:t>
            </w:r>
          </w:p>
        </w:tc>
        <w:tc>
          <w:tcPr>
            <w:tcW w:w="4320" w:type="dxa"/>
          </w:tcPr>
          <w:p w14:paraId="26080930" w14:textId="77777777" w:rsidR="00080792" w:rsidRDefault="00080792"/>
        </w:tc>
      </w:tr>
      <w:tr w:rsidR="00080792" w14:paraId="7BB60C52" w14:textId="77777777">
        <w:tc>
          <w:tcPr>
            <w:tcW w:w="4320" w:type="dxa"/>
          </w:tcPr>
          <w:p w14:paraId="6B96D53D" w14:textId="77777777" w:rsidR="00080792" w:rsidRDefault="00000000">
            <w:r>
              <w:t>E-Mail</w:t>
            </w:r>
          </w:p>
        </w:tc>
        <w:tc>
          <w:tcPr>
            <w:tcW w:w="4320" w:type="dxa"/>
          </w:tcPr>
          <w:p w14:paraId="147F88F6" w14:textId="77777777" w:rsidR="00080792" w:rsidRDefault="00080792"/>
        </w:tc>
      </w:tr>
      <w:tr w:rsidR="00080792" w14:paraId="7EB30C47" w14:textId="77777777">
        <w:tc>
          <w:tcPr>
            <w:tcW w:w="4320" w:type="dxa"/>
          </w:tcPr>
          <w:p w14:paraId="1203A685" w14:textId="77777777" w:rsidR="00080792" w:rsidRDefault="00000000">
            <w:r>
              <w:t>Telefon</w:t>
            </w:r>
          </w:p>
        </w:tc>
        <w:tc>
          <w:tcPr>
            <w:tcW w:w="4320" w:type="dxa"/>
          </w:tcPr>
          <w:p w14:paraId="3117F231" w14:textId="77777777" w:rsidR="00080792" w:rsidRDefault="00080792"/>
        </w:tc>
      </w:tr>
    </w:tbl>
    <w:p w14:paraId="35EAEEC3" w14:textId="77777777" w:rsidR="00080792" w:rsidRDefault="00000000">
      <w:pPr>
        <w:pStyle w:val="berschrift2"/>
      </w:pPr>
      <w:r>
        <w:t>Mitgliedschaft</w:t>
      </w:r>
    </w:p>
    <w:p w14:paraId="10D68922" w14:textId="77777777" w:rsidR="00080792" w:rsidRDefault="00000000">
      <w:r>
        <w:t>☐ Ordentliche Mitgliedschaft – 60 € / Jahr</w:t>
      </w:r>
    </w:p>
    <w:p w14:paraId="11578C1C" w14:textId="77777777" w:rsidR="00080792" w:rsidRDefault="00000000">
      <w:r>
        <w:t>☐ Ermäßigte Mitgliedschaft – 36 € / Jahr</w:t>
      </w:r>
    </w:p>
    <w:p w14:paraId="66A6CED5" w14:textId="77777777" w:rsidR="00080792" w:rsidRDefault="00000000">
      <w:r>
        <w:t>☐ Fördermitgliedschaft – ab ______ € / Jahr</w:t>
      </w:r>
    </w:p>
    <w:p w14:paraId="2859B838" w14:textId="77777777" w:rsidR="00080792" w:rsidRDefault="00000000">
      <w:pPr>
        <w:pStyle w:val="berschrift2"/>
      </w:pPr>
      <w:r>
        <w:t>SEPA-Lastschriftmandat</w:t>
      </w:r>
    </w:p>
    <w:p w14:paraId="14FCF2F8" w14:textId="77777777" w:rsidR="00080792" w:rsidRDefault="00000000">
      <w:r>
        <w:t>Ich ermächtige Breaksilence e.V., den Mitgliedsbeitrag jährlich von meinem Konto einzuziehen.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080792" w14:paraId="67152337" w14:textId="77777777">
        <w:tc>
          <w:tcPr>
            <w:tcW w:w="4320" w:type="dxa"/>
          </w:tcPr>
          <w:p w14:paraId="4701D787" w14:textId="77777777" w:rsidR="00080792" w:rsidRDefault="00000000">
            <w:r>
              <w:t>Kontoinhaber</w:t>
            </w:r>
          </w:p>
        </w:tc>
        <w:tc>
          <w:tcPr>
            <w:tcW w:w="4320" w:type="dxa"/>
          </w:tcPr>
          <w:p w14:paraId="2CB6422A" w14:textId="77777777" w:rsidR="00080792" w:rsidRDefault="00080792"/>
        </w:tc>
      </w:tr>
      <w:tr w:rsidR="00080792" w14:paraId="5CE29A3D" w14:textId="77777777">
        <w:tc>
          <w:tcPr>
            <w:tcW w:w="4320" w:type="dxa"/>
          </w:tcPr>
          <w:p w14:paraId="30F4ECA4" w14:textId="77777777" w:rsidR="00080792" w:rsidRDefault="00000000">
            <w:r>
              <w:t>IBAN</w:t>
            </w:r>
          </w:p>
        </w:tc>
        <w:tc>
          <w:tcPr>
            <w:tcW w:w="4320" w:type="dxa"/>
          </w:tcPr>
          <w:p w14:paraId="3F272C7D" w14:textId="77777777" w:rsidR="00080792" w:rsidRDefault="00080792"/>
        </w:tc>
      </w:tr>
      <w:tr w:rsidR="00080792" w14:paraId="6B99AA41" w14:textId="77777777">
        <w:tc>
          <w:tcPr>
            <w:tcW w:w="4320" w:type="dxa"/>
          </w:tcPr>
          <w:p w14:paraId="7C440666" w14:textId="77777777" w:rsidR="00080792" w:rsidRDefault="00000000">
            <w:r>
              <w:t>BIC (optional)</w:t>
            </w:r>
          </w:p>
        </w:tc>
        <w:tc>
          <w:tcPr>
            <w:tcW w:w="4320" w:type="dxa"/>
          </w:tcPr>
          <w:p w14:paraId="58B67B01" w14:textId="77777777" w:rsidR="00080792" w:rsidRDefault="00080792"/>
        </w:tc>
      </w:tr>
      <w:tr w:rsidR="00080792" w14:paraId="7F3D9A3B" w14:textId="77777777">
        <w:tc>
          <w:tcPr>
            <w:tcW w:w="4320" w:type="dxa"/>
          </w:tcPr>
          <w:p w14:paraId="0125781A" w14:textId="77777777" w:rsidR="00080792" w:rsidRDefault="00000000">
            <w:r>
              <w:t>Kreditinstitut</w:t>
            </w:r>
          </w:p>
        </w:tc>
        <w:tc>
          <w:tcPr>
            <w:tcW w:w="4320" w:type="dxa"/>
          </w:tcPr>
          <w:p w14:paraId="157D33EC" w14:textId="77777777" w:rsidR="00080792" w:rsidRDefault="00080792"/>
        </w:tc>
      </w:tr>
    </w:tbl>
    <w:p w14:paraId="7952C94C" w14:textId="77777777" w:rsidR="00080792" w:rsidRDefault="00000000">
      <w:pPr>
        <w:pStyle w:val="berschrift2"/>
      </w:pPr>
      <w:r>
        <w:lastRenderedPageBreak/>
        <w:t>Erklärung</w:t>
      </w:r>
    </w:p>
    <w:p w14:paraId="78015494" w14:textId="77777777" w:rsidR="00080792" w:rsidRDefault="00000000">
      <w:r>
        <w:t>Ich beantrage die Mitgliedschaft bei Breaksilence e.V. und erkenne die Satzung sowie die Beitragsordnung in der jeweils gültigen Fassung an. Der Austritt erfolgt gemäß § 4 der Satzung durch schriftliche Erklärung gegenüber dem Vorstand.</w:t>
      </w:r>
    </w:p>
    <w:p w14:paraId="6616A83A" w14:textId="77777777" w:rsidR="00080792" w:rsidRDefault="00000000">
      <w:r>
        <w:t>☐ Ich bin mit der Verarbeitung meiner personenbezogenen Daten zum Zweck der Mitgliederverwaltung einverstanden.</w:t>
      </w:r>
    </w:p>
    <w:p w14:paraId="0E4099A8" w14:textId="77777777" w:rsidR="00080792" w:rsidRDefault="00000000">
      <w:r>
        <w:br/>
        <w:t>Ort, Datum: ____________________________</w:t>
      </w:r>
    </w:p>
    <w:p w14:paraId="5F537AAD" w14:textId="77777777" w:rsidR="00080792" w:rsidRDefault="00000000">
      <w:r>
        <w:t>Unterschrift: __________________________</w:t>
      </w:r>
    </w:p>
    <w:p w14:paraId="209624FA" w14:textId="77777777" w:rsidR="00080792" w:rsidRDefault="00000000">
      <w:r>
        <w:br w:type="page"/>
      </w:r>
    </w:p>
    <w:p w14:paraId="3B155467" w14:textId="77777777" w:rsidR="00080792" w:rsidRDefault="00000000">
      <w:pPr>
        <w:pStyle w:val="berschrift1"/>
      </w:pPr>
      <w:r>
        <w:lastRenderedPageBreak/>
        <w:t>Warum Mitglied werden?</w:t>
      </w:r>
    </w:p>
    <w:p w14:paraId="3C53B521" w14:textId="77777777" w:rsidR="00080792" w:rsidRDefault="00000000">
      <w:r>
        <w:t>Ihre Mitgliedschaft bedeutet mehr als einen Beitrag.</w:t>
      </w:r>
    </w:p>
    <w:p w14:paraId="7258984A" w14:textId="77777777" w:rsidR="00080792" w:rsidRDefault="00000000">
      <w:r>
        <w:t>✓ Sie unterstützen Projekte für Menschen mit Behinderung und benachteiligte Kinder.</w:t>
      </w:r>
    </w:p>
    <w:p w14:paraId="4BD73EE6" w14:textId="77777777" w:rsidR="00080792" w:rsidRDefault="00000000">
      <w:r>
        <w:t>✓ Sie helfen dabei, Geschichten sichtbar zu machen.</w:t>
      </w:r>
    </w:p>
    <w:p w14:paraId="1B94ECAD" w14:textId="77777777" w:rsidR="00080792" w:rsidRDefault="00000000">
      <w:r>
        <w:t>✓ Sie fördern Inklusion, Barrierefreiheit und gesellschaftliche Teilhabe.</w:t>
      </w:r>
    </w:p>
    <w:p w14:paraId="3B486AA3" w14:textId="77777777" w:rsidR="00080792" w:rsidRDefault="00000000">
      <w:r>
        <w:t>✓ Sie werden Teil einer Gemeinschaft, die etwas bewegen möchte.</w:t>
      </w:r>
    </w:p>
    <w:p w14:paraId="642FB51F" w14:textId="77777777" w:rsidR="00080792" w:rsidRDefault="00000000">
      <w:pPr>
        <w:pStyle w:val="berschrift2"/>
      </w:pPr>
      <w:r>
        <w:t>Hinweise</w:t>
      </w:r>
    </w:p>
    <w:p w14:paraId="15445229" w14:textId="77777777" w:rsidR="00080792" w:rsidRDefault="00000000">
      <w:r>
        <w:t>• Über die Aufnahme entscheidet der Vorstand.</w:t>
      </w:r>
      <w:r>
        <w:br/>
        <w:t>• Die Höhe der Beiträge richtet sich nach der Beitragsordnung.</w:t>
      </w:r>
      <w:r>
        <w:br/>
        <w:t>• Änderungen Ihrer Kontaktdaten teilen Sie uns bitte mit.</w:t>
      </w:r>
    </w:p>
    <w:sectPr w:rsidR="00080792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66229" w14:textId="77777777" w:rsidR="00AD336F" w:rsidRDefault="00AD336F" w:rsidP="00632D8A">
      <w:pPr>
        <w:spacing w:after="0" w:line="240" w:lineRule="auto"/>
      </w:pPr>
      <w:r>
        <w:separator/>
      </w:r>
    </w:p>
  </w:endnote>
  <w:endnote w:type="continuationSeparator" w:id="0">
    <w:p w14:paraId="73E48AF9" w14:textId="77777777" w:rsidR="00AD336F" w:rsidRDefault="00AD336F" w:rsidP="00632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8CF66" w14:textId="77777777" w:rsidR="00AD336F" w:rsidRDefault="00AD336F" w:rsidP="00632D8A">
      <w:pPr>
        <w:spacing w:after="0" w:line="240" w:lineRule="auto"/>
      </w:pPr>
      <w:r>
        <w:separator/>
      </w:r>
    </w:p>
  </w:footnote>
  <w:footnote w:type="continuationSeparator" w:id="0">
    <w:p w14:paraId="15BBBA5A" w14:textId="77777777" w:rsidR="00AD336F" w:rsidRDefault="00AD336F" w:rsidP="00632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397EF" w14:textId="3C756123" w:rsidR="00632D8A" w:rsidRDefault="00632D8A">
    <w:pPr>
      <w:pStyle w:val="Kopfzeile"/>
    </w:pPr>
    <w:r>
      <w:tab/>
    </w:r>
    <w:r>
      <w:tab/>
    </w:r>
    <w:r>
      <w:rPr>
        <w:noProof/>
      </w:rPr>
      <w:drawing>
        <wp:inline distT="0" distB="0" distL="0" distR="0" wp14:anchorId="6921B1B1" wp14:editId="4E7961D0">
          <wp:extent cx="2438400" cy="1627505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1627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45347610">
    <w:abstractNumId w:val="8"/>
  </w:num>
  <w:num w:numId="2" w16cid:durableId="1286765237">
    <w:abstractNumId w:val="6"/>
  </w:num>
  <w:num w:numId="3" w16cid:durableId="1805153195">
    <w:abstractNumId w:val="5"/>
  </w:num>
  <w:num w:numId="4" w16cid:durableId="405226413">
    <w:abstractNumId w:val="4"/>
  </w:num>
  <w:num w:numId="5" w16cid:durableId="2098669694">
    <w:abstractNumId w:val="7"/>
  </w:num>
  <w:num w:numId="6" w16cid:durableId="57829981">
    <w:abstractNumId w:val="3"/>
  </w:num>
  <w:num w:numId="7" w16cid:durableId="537789107">
    <w:abstractNumId w:val="2"/>
  </w:num>
  <w:num w:numId="8" w16cid:durableId="1657684334">
    <w:abstractNumId w:val="1"/>
  </w:num>
  <w:num w:numId="9" w16cid:durableId="2115662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0792"/>
    <w:rsid w:val="00144C07"/>
    <w:rsid w:val="0015074B"/>
    <w:rsid w:val="0029639D"/>
    <w:rsid w:val="002B5A53"/>
    <w:rsid w:val="00326F90"/>
    <w:rsid w:val="00621228"/>
    <w:rsid w:val="00632D8A"/>
    <w:rsid w:val="00AA1D8D"/>
    <w:rsid w:val="00AD336F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DC4D20"/>
  <w14:defaultImageDpi w14:val="300"/>
  <w15:docId w15:val="{58E8F808-0057-411D-A733-D5D61F0F5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</Words>
  <Characters>1559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Hakan Tekkol</cp:lastModifiedBy>
  <cp:revision>2</cp:revision>
  <dcterms:created xsi:type="dcterms:W3CDTF">2026-06-28T14:27:00Z</dcterms:created>
  <dcterms:modified xsi:type="dcterms:W3CDTF">2026-06-28T14:27:00Z</dcterms:modified>
  <cp:category/>
</cp:coreProperties>
</file>